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 ליצירת גלגל מזל ואת הכפתורים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זאת בחירה אקראית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רשימת פריטים מתאימה לגלגל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באקראי פריט מתוך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הגלגל מתחיל להסתובב ובסוף עוצר על פריט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יש מקום לפריט בכל שורה עד 60.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קישור לתלמידים.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כפתורים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(בניית הגלגל מתוך הרשימה שכתבתם)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(שמירת הגלגל לשימוש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(מחיקת כל הפריטים מהרשימה)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רשימת פריטים, שורה אחת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יצירה כדי לבנות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סובבו ולחכות שהגלגל יעצור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6 שאלות קצרות וברורות הקשורות לנושא הנלמד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אקראית=בלי לדעת מראש מה ייצא, לכל פריט סיכוי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שמות ושאלות, או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להוציא את הפריט שנבחר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רשימת פריטים קצרה ולתרגל איתה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גלגל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בהבנת הכפתורים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כלי ליצירת גלגל מזל שמאפשר לבחור באקראי שם, שאלה או משימה מתוך רשימה שכותבים מראש. התרגול מתמקד בהבנת הכלי ובשימוש בו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תקתוק  ·  סובבו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של גלגל המזל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באקראי פריט מתוך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לשמור 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לשלוח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כשלוחצים על "סובבו"?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הגלגל מתחיל להסתובב ובסוף עוצר על פריט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המסך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הפריטים נמחקים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להכניס עד 60 פריטים לגלגל.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לשתף את הגלגל עם תלמידים בעזרת קישור.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שהגלגל יתחיל לנוע יש ללחוץ על הכפתור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אפשר להוסיף צליל __________ כדי שהגלגל יישמע כמו גלגל אמיתי.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כפתורים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שמירת הגלגל לשימוש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מחיקת כל הפריטים מהרשימה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ניקוי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בניית הגלגל מתוך הרשימה שכתבתם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סובבו ולחכות שהגלגל יעצור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ללחוץ על יצירה כדי לבנות את הגלגל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רשימת פריטים, שורה אחת לכל פריט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כותרת לגלגל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רשימה של 6 שאלות חזרה בנושא שלמדתם לאחרונה, שיוכלו לשמש כפריטים בגלגל המזל.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בחירה אקראית?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סוגי פריטים אפשר לכתוב ברשימת הגלגל?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המזל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