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 ליצירת גלגל מזל ואת הכפתורים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זאת בחירה אקראית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רשימת פריטים מתאימה לגלגל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באקראי פריט מתוך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שמות, שאלות ומשימות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הגלגל מתחיל להסתובב ובסוף עוצר על פריט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להחזיר לגלגל פריטים שכבר 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לראות כיצד נראה גלגל מוכן כדוגמה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יש מקום לפריט בכל שורה עד 60.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הבחירה אקראית ויכולה להשתנות בכל סיבוב.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קישור לתלמידים.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להוציא פריט שנבחר, והוא חוזר רק בלחיצה על להחזיר את כולם.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להוציא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להחזיר את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כפתורים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(בניית הגלגל מתוך הרשימה שכתבתם)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(שמירת הגלגל לשימוש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(שיתוף הגלגל כדי שתלמידים יוכלו לסובב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(מחיקת כל הפריטים מהרשימה)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(הצגת הגלגל בגודל מלא על המסך)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רשימת פריטים, שורה אחת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יצירה כדי לבנות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סובבו ולחכות שהגלגל יעצור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להוציא את הפריט שנבחר ולהמשיך לסובב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6 שאלות קצרות וברורות הקשורות לנושא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בחירה הוגנת ואקראית, עם דוגמה כמו בחירת תלמיד לענות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אקראית=בלי לדעת מראש מה ייצא, לכל פריט סיכוי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שמות ושאלות, או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להוציא את הפריט שנבחר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רשימת פריטים קצרה ולתרגל איתה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גלגל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בהבנת הכפתורים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כלי ליצירת גלגל מזל שמאפשר לבחור באקראי שם, שאלה או משימה מתוך רשימה שכותבים מראש. התרגול מתמקד בהבנת הכלי ובשימוש בו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גלגל המזל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באקראי פריט מתוך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פריטים אפשר להכניס לגלגל?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שמות, שאלות ומשימות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כשלוחצים על "סובבו"?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הגלגל מתחיל להסתובב ובסוף עוצר על פריט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המסך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הפריטים נמחקים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 קישור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הכפתור "להחזיר את כולם"?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כל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להחזיר לגלגל פריטים שכבר נבחרו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את הגלגל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אפשר להשתמש בכפתור "דוגמה"?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כיצד נראה גלגל מוכן כדוגמה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מייל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להכניס עד 60 פריטים לגלגל.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הגלגל תמיד בוחר את אותו פריט בכל סיבוב.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את הגלגל עם תלמידים בעזרת קישור.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שפריט נבחר הוא תמיד חוזר אוטומטית לגלגל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שהגלגל יתחיל לנוע יש ללחוץ על הכפתור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שנבחר פריט אפשר __________ אותו מהגלגל כדי שלא ייבחר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להוסיף צליל __________ כדי שהגלגל יישמע כמו גלגל 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שכל הפריטים שהוצאו יחזרו לגלגל יש ללחוץ 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כפתורים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הגלגל בגודל מלא על המסך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הגלגל כדי שתלמידים יוכלו לסובב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קישור לתלמידים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בניית הגלגל מתוך הרשימה שכתבתם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שמירת הגלגל לשימוש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מסך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מחיקת כל הפריטים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סובבו ולחכות שהגלגל יעצור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לגלגל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רשימת פריטים, שורה אחת לכל 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את הפריט שנבחר ולהמשיך לסובב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יצירה כדי לבנות את הגלגל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רשימה של 6 שאלות חזרה בנושא שלמדתם לאחרונה, שיוכלו לשמש כפריטים בגלגל המזל.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גלגל מזל יכול לעזור בכיתה, ותנו דוגמה אחת לשימוש.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בחירה אקראית?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סוגי פריטים אפשר לכתוב ברשימת הגלגל?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כדי שפריט שכבר נבחר לא ייבחר 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המזל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